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="240" w:lineRule="auto"/>
        <w:jc w:val="center"/>
      </w:pPr>
      <w:r>
        <w:rPr>
          <w:sz w:val="4"/>
        </w:rPr>
        <w:drawing>
          <wp:inline xmlns:a="http://schemas.openxmlformats.org/drawingml/2006/main" xmlns:pic="http://schemas.openxmlformats.org/drawingml/2006/picture">
            <wp:extent cx="972000" cy="97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fil facebook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2000" cy="97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0" w:before="0" w:line="240" w:lineRule="auto"/>
        <w:jc w:val="center"/>
      </w:pPr>
      <w:r>
        <w:rPr>
          <w:rFonts w:ascii="Arial" w:hAnsi="Arial"/>
          <w:b/>
          <w:color w:val="E1004C"/>
          <w:sz w:val="40"/>
        </w:rPr>
        <w:t>ANNECY BEST BOXING</w:t>
      </w:r>
    </w:p>
    <w:p>
      <w:pPr>
        <w:spacing w:after="0" w:before="0" w:line="240" w:lineRule="auto"/>
        <w:jc w:val="center"/>
      </w:pPr>
      <w:r>
        <w:rPr>
          <w:rFonts w:ascii="Arial" w:hAnsi="Arial"/>
          <w:b/>
          <w:sz w:val="28"/>
        </w:rPr>
        <w:t>FICHE D'INSCRIPTION - SAISON 2026 / 2027</w:t>
      </w:r>
    </w:p>
    <w:p>
      <w:pPr>
        <w:spacing w:before="60" w:after="40" w:line="240" w:lineRule="auto"/>
      </w:pPr>
      <w:r>
        <w:rPr>
          <w:rFonts w:ascii="Arial" w:hAnsi="Arial"/>
          <w:b/>
          <w:color w:val="E1004C"/>
          <w:sz w:val="26"/>
        </w:rPr>
        <w:t>1. IDENTITÉ DE L'ADHÉRENT</w:t>
      </w:r>
    </w:p>
    <w:tbl>
      <w:tblPr>
        <w:tblStyle w:val="TableGrid"/>
        <w:tblW w:type="pct" w:w="5000"/>
        <w:jc w:val="center"/>
        <w:tblLayout w:type="autofit"/>
        <w:tblLook w:firstColumn="1" w:firstRow="1" w:lastColumn="0" w:lastRow="0" w:noHBand="0" w:noVBand="1" w:val="04A0"/>
      </w:tblPr>
      <w:tblGrid>
        <w:gridCol w:w="3439"/>
        <w:gridCol w:w="3439"/>
        <w:gridCol w:w="3439"/>
      </w:tblGrid>
      <w:tr>
        <w:trPr>
          <w:trHeight w:val="935" w:hRule="exact"/>
        </w:trPr>
        <w:tc>
          <w:tcPr>
            <w:tcW w:type="dxa" w:w="343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Nom :</w:t>
              <w:br/>
              <w:br/>
            </w:r>
          </w:p>
        </w:tc>
        <w:tc>
          <w:tcPr>
            <w:tcW w:type="dxa" w:w="343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Prénom :</w:t>
              <w:br/>
              <w:br/>
            </w:r>
          </w:p>
        </w:tc>
        <w:tc>
          <w:tcPr>
            <w:tcW w:type="dxa" w:w="3439"/>
            <w:vMerge w:val="restart"/>
            <w:vAlign w:val="center"/>
            <w:shd w:fill="FFF3F6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center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color w:val="E1004C"/>
                <w:sz w:val="23"/>
              </w:rPr>
              <w:br/>
              <w:br/>
              <w:t>PHOTO</w:t>
              <w:br/>
              <w:t>D'IDENTITÉ</w:t>
              <w:br/>
              <w:br/>
              <w:t>À COLLER ICI</w:t>
              <w:br/>
              <w:br/>
            </w:r>
          </w:p>
        </w:tc>
      </w:tr>
      <w:tr>
        <w:trPr>
          <w:trHeight w:val="850" w:hRule="exact"/>
        </w:trPr>
        <w:tc>
          <w:tcPr>
            <w:tcW w:type="dxa" w:w="343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Date de naissance :</w:t>
              <w:br/>
              <w:br/>
            </w:r>
          </w:p>
        </w:tc>
        <w:tc>
          <w:tcPr>
            <w:tcW w:type="dxa" w:w="343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Âge :</w:t>
              <w:br/>
              <w:br/>
            </w:r>
          </w:p>
        </w:tc>
        <w:tc>
          <w:tcPr>
            <w:tcW w:type="dxa" w:w="3439"/>
            <w:vMerge/>
          </w:tcPr>
          <w:p/>
        </w:tc>
      </w:tr>
      <w:tr>
        <w:trPr>
          <w:trHeight w:val="850" w:hRule="exact"/>
        </w:trPr>
        <w:tc>
          <w:tcPr>
            <w:tcW w:type="dxa" w:w="343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Lieu de naissance :</w:t>
              <w:br/>
              <w:br/>
            </w:r>
          </w:p>
        </w:tc>
        <w:tc>
          <w:tcPr>
            <w:tcW w:type="dxa" w:w="343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Profession / Situation :</w:t>
              <w:br/>
              <w:br/>
            </w:r>
          </w:p>
        </w:tc>
        <w:tc>
          <w:tcPr>
            <w:tcW w:type="dxa" w:w="3439"/>
            <w:vMerge/>
          </w:tcPr>
          <w:p/>
        </w:tc>
      </w:tr>
      <w:tr>
        <w:trPr>
          <w:trHeight w:val="935" w:hRule="exact"/>
        </w:trPr>
        <w:tc>
          <w:tcPr>
            <w:tcW w:type="dxa" w:w="6878"/>
            <w:gridSpan w:val="2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Adresse :</w:t>
              <w:br/>
              <w:br/>
            </w:r>
          </w:p>
        </w:tc>
        <w:tc>
          <w:tcPr>
            <w:tcW w:type="dxa" w:w="3439"/>
            <w:vMerge/>
          </w:tcPr>
          <w:p/>
        </w:tc>
      </w:tr>
      <w:tr>
        <w:trPr>
          <w:trHeight w:val="935" w:hRule="exact"/>
        </w:trPr>
        <w:tc>
          <w:tcPr>
            <w:tcW w:type="dxa" w:w="6878"/>
            <w:gridSpan w:val="2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Code postal / Ville :</w:t>
              <w:br/>
              <w:br/>
            </w:r>
          </w:p>
        </w:tc>
        <w:tc>
          <w:tcPr>
            <w:tcW w:type="dxa" w:w="3439"/>
            <w:vMerge/>
          </w:tcPr>
          <w:p/>
        </w:tc>
      </w:tr>
      <w:tr>
        <w:trPr>
          <w:trHeight w:val="850" w:hRule="exact"/>
        </w:trPr>
        <w:tc>
          <w:tcPr>
            <w:tcW w:type="dxa" w:w="343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Téléphone :</w:t>
              <w:br/>
              <w:br/>
            </w:r>
          </w:p>
        </w:tc>
        <w:tc>
          <w:tcPr>
            <w:tcW w:type="dxa" w:w="343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E-mail :</w:t>
              <w:br/>
              <w:br/>
            </w:r>
          </w:p>
        </w:tc>
        <w:tc>
          <w:tcPr>
            <w:tcW w:type="dxa" w:w="3439"/>
            <w:vMerge/>
          </w:tcPr>
          <w:p/>
        </w:tc>
      </w:tr>
      <w:tr>
        <w:trPr>
          <w:trHeight w:val="850" w:hRule="exact"/>
        </w:trPr>
        <w:tc>
          <w:tcPr>
            <w:tcW w:type="dxa" w:w="343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Personne à prévenir en cas d'urgence :</w:t>
              <w:br/>
              <w:br/>
            </w:r>
          </w:p>
        </w:tc>
        <w:tc>
          <w:tcPr>
            <w:tcW w:type="dxa" w:w="343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Téléphone urgence :</w:t>
              <w:br/>
              <w:br/>
            </w:r>
          </w:p>
        </w:tc>
        <w:tc>
          <w:tcPr>
            <w:tcW w:type="dxa" w:w="3439"/>
            <w:vMerge/>
          </w:tcPr>
          <w:p/>
        </w:tc>
      </w:tr>
    </w:tbl>
    <w:p>
      <w:pPr>
        <w:spacing w:after="0" w:before="0" w:line="240" w:lineRule="auto"/>
      </w:pPr>
      <w:r>
        <w:rPr>
          <w:rFonts w:ascii="Arial" w:hAnsi="Arial"/>
          <w:sz w:val="23"/>
        </w:rPr>
        <w:t>Pour un adhérent mineur - Nom et prénom du représentant légal : ....................................................................................................................</w:t>
      </w:r>
    </w:p>
    <w:p>
      <w:pPr>
        <w:spacing w:before="60" w:after="40" w:line="240" w:lineRule="auto"/>
      </w:pPr>
      <w:r>
        <w:rPr>
          <w:rFonts w:ascii="Arial" w:hAnsi="Arial"/>
          <w:b/>
          <w:color w:val="E1004C"/>
          <w:sz w:val="26"/>
        </w:rPr>
        <w:t>2. INFORMATIONS COMPLÉMENTAIRES</w:t>
      </w:r>
    </w:p>
    <w:p>
      <w:pPr>
        <w:spacing w:after="0" w:before="0" w:line="240" w:lineRule="auto"/>
      </w:pPr>
      <w:r>
        <w:rPr>
          <w:rFonts w:ascii="Arial" w:hAnsi="Arial"/>
          <w:sz w:val="23"/>
        </w:rPr>
        <w:t>Comment avez-vous connu ANNECY BEST BOXING ?  ☐ Internet   ☐ Réseaux sociaux   ☐ Ami / membre du club   ☐ Parrainage   ☐ Affichage   ☐ Mairie   ☐ Cours découverte</w:t>
      </w:r>
    </w:p>
    <w:p>
      <w:pPr>
        <w:spacing w:after="0" w:before="0" w:line="240" w:lineRule="auto"/>
      </w:pPr>
      <w:r>
        <w:rPr>
          <w:rFonts w:ascii="Arial" w:hAnsi="Arial"/>
          <w:sz w:val="23"/>
        </w:rPr>
        <w:t>Avez-vous déjà pratiqué la boxe ou un sport de combat ?   ☐ Oui   ☐ Non</w:t>
        <w:br/>
        <w:t>Si oui, précisez : Club : ............................................................................................................................</w:t>
        <w:br/>
        <w:t>Ville / Région : ....................................................................................   Pays : ........................................................</w:t>
        <w:br/>
        <w:t>Discipline pratiquée : ...........................................................................   Nombre d'années : .................................</w:t>
      </w:r>
    </w:p>
    <w:p>
      <w:pPr>
        <w:spacing w:after="0" w:before="0" w:line="240" w:lineRule="auto"/>
      </w:pPr>
      <w:r>
        <w:rPr>
          <w:rFonts w:ascii="Arial" w:hAnsi="Arial"/>
          <w:sz w:val="23"/>
        </w:rPr>
        <w:t>Pour un mineur : j'autorise mon enfant à participer aux cours correspondant à sa catégorie d'âge.   ☐ Oui   ☐ Non</w:t>
      </w:r>
    </w:p>
    <w:p>
      <w:pPr>
        <w:spacing w:before="60" w:after="40" w:line="240" w:lineRule="auto"/>
      </w:pPr>
      <w:r>
        <w:rPr>
          <w:rFonts w:ascii="Arial" w:hAnsi="Arial"/>
          <w:b/>
          <w:sz w:val="26"/>
        </w:rPr>
        <w:t>3. DOSSIER D'INSCRIPTION - PIÈCES OBLIGATOIRES</w:t>
      </w:r>
    </w:p>
    <w:p>
      <w:pPr>
        <w:spacing w:after="0" w:before="0" w:line="240" w:lineRule="auto"/>
      </w:pPr>
      <w:r>
        <w:rPr>
          <w:rFonts w:ascii="Arial" w:hAnsi="Arial"/>
          <w:b/>
          <w:color w:val="E1004C"/>
          <w:sz w:val="23"/>
        </w:rPr>
        <w:t>DOSSIER COMPLET OBLIGATOIRE POUR LA VALIDATION DE L'INSCRIPTION ET LA COUVERTURE DES ASSURANCES. La fiche doit être entièrement remplie, signée et accompagnée de toutes les pièces demandées.</w:t>
      </w:r>
    </w:p>
    <w:p>
      <w:pPr>
        <w:spacing w:after="0" w:before="0" w:line="240" w:lineRule="auto"/>
      </w:pPr>
      <w:r>
        <w:rPr>
          <w:rFonts w:ascii="Arial" w:hAnsi="Arial"/>
          <w:b/>
          <w:sz w:val="23"/>
        </w:rPr>
        <w:t>☐ PHOTOS D'IDENTITÉ OBLIGATOIRES : 1 photo pour les adhérents LOISIRS ; 2 photos d'identité pour les COMPÉTITEURS.</w:t>
        <w:br/>
        <w:t>☐ Autres documents / licences demandés par le club.</w:t>
      </w:r>
    </w:p>
    <w:tbl>
      <w:tblPr>
        <w:tblStyle w:val="TableGrid"/>
        <w:tblW w:type="pct" w:w="5000"/>
        <w:tblLayout w:type="autofit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rHeight w:val="1814" w:hRule="exact"/>
        </w:trPr>
        <w:tc>
          <w:tcPr>
            <w:tcW w:type="dxa" w:w="515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 w:val="0"/>
                <w:sz w:val="23"/>
              </w:rPr>
              <w:t>Fait à : ................................................</w:t>
              <w:br/>
              <w:br/>
              <w:t>Le : ........ / ........ / ........</w:t>
            </w:r>
          </w:p>
        </w:tc>
        <w:tc>
          <w:tcPr>
            <w:tcW w:type="dxa" w:w="515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28" w:lineRule="auto"/>
              <w:jc w:val="left"/>
            </w:pPr>
            <w:r>
              <w:rPr>
                <w:sz w:val="23"/>
              </w:rPr>
            </w:r>
            <w:r>
              <w:rPr>
                <w:rFonts w:ascii="Arial" w:hAnsi="Arial"/>
                <w:b/>
                <w:sz w:val="23"/>
              </w:rPr>
              <w:t>Signature de l'adhérent</w:t>
              <w:br/>
              <w:t>et/ou du représentant légal :</w:t>
              <w:br/>
              <w:br/>
              <w:br/>
            </w:r>
          </w:p>
        </w:tc>
      </w:tr>
    </w:tbl>
    <w:p>
      <w:pPr>
        <w:pageBreakBefore/>
        <w:spacing w:before="20" w:after="20" w:line="240" w:lineRule="auto"/>
      </w:pPr>
      <w:r>
        <w:rPr>
          <w:rFonts w:ascii="Arial" w:hAnsi="Arial"/>
          <w:b/>
          <w:color w:val="E1004C"/>
          <w:sz w:val="25"/>
        </w:rPr>
        <w:t>4. TARIFS 2026 / 2027 - ÂGES BIEN SÉPARÉS</w:t>
      </w:r>
    </w:p>
    <w:tbl>
      <w:tblPr>
        <w:tblStyle w:val="TableGrid"/>
        <w:tblW w:type="pct" w:w="5000"/>
        <w:jc w:val="center"/>
        <w:tblLayout w:type="autofit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rHeight w:hRule="atLeast"/>
        </w:trPr>
        <w:tc>
          <w:tcPr>
            <w:tcW w:type="dxa" w:w="10318"/>
            <w:gridSpan w:val="2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4A90C2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☐ BOXE ANGLAISE     ☐ Loisirs     ☐ Compétition</w:t>
            </w:r>
          </w:p>
        </w:tc>
      </w:tr>
      <w:tr>
        <w:trPr>
          <w:trHeight w:hRule="atLeast"/>
        </w:trPr>
        <w:tc>
          <w:tcPr>
            <w:tcW w:type="dxa" w:w="5159"/>
            <w:shd w:fill="B9DCF5"/>
            <w:tcMar>
              <w:top w:w="25" w:type="dxa"/>
              <w:bottom w:w="25" w:type="dxa"/>
              <w:left w:w="45" w:type="dxa"/>
              <w:right w:w="45" w:type="dxa"/>
            </w:tcMar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sz w:val="21"/>
              </w:rPr>
              <w:t>11 à 16 ans - Benjamins / Minimes / Cadets</w:t>
            </w:r>
          </w:p>
        </w:tc>
        <w:tc>
          <w:tcPr>
            <w:tcW w:type="dxa" w:w="5159"/>
            <w:shd w:fill="B9DCF5"/>
            <w:tcMar>
              <w:top w:w="25" w:type="dxa"/>
              <w:bottom w:w="25" w:type="dxa"/>
              <w:left w:w="45" w:type="dxa"/>
              <w:right w:w="45" w:type="dxa"/>
            </w:tcMar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sz w:val="21"/>
              </w:rPr>
              <w:t>☐ 279 € - 1 cours/semaine</w:t>
              <w:br/>
              <w:t>☐ 329 € - 2 cours/semaine</w:t>
            </w:r>
          </w:p>
          <w:p>
            <w:pPr>
              <w:spacing w:before="0" w:after="0"/>
            </w:pPr>
            <w:r>
              <w:rPr>
                <w:b/>
                <w:sz w:val="21"/>
              </w:rPr>
              <w:t>☐ 369 € - 3 cours/semaine (+ 40 €)</w:t>
            </w:r>
          </w:p>
        </w:tc>
      </w:tr>
      <w:tr>
        <w:trPr>
          <w:trHeight w:hRule="atLeast"/>
        </w:trPr>
        <w:tc>
          <w:tcPr>
            <w:tcW w:type="dxa" w:w="5159"/>
            <w:shd w:fill="B9DCF5"/>
            <w:tcMar>
              <w:top w:w="25" w:type="dxa"/>
              <w:bottom w:w="25" w:type="dxa"/>
              <w:left w:w="45" w:type="dxa"/>
              <w:right w:w="45" w:type="dxa"/>
            </w:tcMar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sz w:val="21"/>
              </w:rPr>
              <w:t>17-18 ans Juniors / Adultes</w:t>
            </w:r>
          </w:p>
        </w:tc>
        <w:tc>
          <w:tcPr>
            <w:tcW w:type="dxa" w:w="5159"/>
            <w:shd w:fill="B9DCF5"/>
            <w:tcMar>
              <w:top w:w="25" w:type="dxa"/>
              <w:bottom w:w="25" w:type="dxa"/>
              <w:left w:w="45" w:type="dxa"/>
              <w:right w:w="45" w:type="dxa"/>
            </w:tcMar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sz w:val="21"/>
              </w:rPr>
              <w:t>☐ 329 € - 1 cours/semaine</w:t>
              <w:br/>
              <w:t>☐ 389 € - 2 cours/semaine</w:t>
            </w:r>
          </w:p>
          <w:p>
            <w:pPr>
              <w:spacing w:before="0" w:after="0"/>
            </w:pPr>
            <w:r>
              <w:rPr>
                <w:b/>
                <w:sz w:val="21"/>
              </w:rPr>
              <w:t>☐ 429 € - 3 cours/semaine (+ 40 €)</w:t>
            </w:r>
          </w:p>
        </w:tc>
      </w:tr>
      <w:tr>
        <w:trPr>
          <w:trHeight w:hRule="atLeast"/>
        </w:trPr>
        <w:tc>
          <w:tcPr>
            <w:tcW w:type="dxa" w:w="5159"/>
            <w:shd w:fill="B9DCF5"/>
            <w:tcMar>
              <w:top w:w="25" w:type="dxa"/>
              <w:bottom w:w="25" w:type="dxa"/>
              <w:left w:w="45" w:type="dxa"/>
              <w:right w:w="45" w:type="dxa"/>
            </w:tcMar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sz w:val="21"/>
              </w:rPr>
              <w:t>Compétition</w:t>
            </w:r>
          </w:p>
        </w:tc>
        <w:tc>
          <w:tcPr>
            <w:tcW w:type="dxa" w:w="5159"/>
            <w:shd w:fill="B9DCF5"/>
            <w:tcMar>
              <w:top w:w="25" w:type="dxa"/>
              <w:bottom w:w="25" w:type="dxa"/>
              <w:left w:w="45" w:type="dxa"/>
              <w:right w:w="45" w:type="dxa"/>
            </w:tcMar>
            <w:vAlign w:val="center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sz w:val="21"/>
              </w:rPr>
              <w:t>☐ Passeport compétition + 80 €</w:t>
            </w:r>
          </w:p>
        </w:tc>
      </w:tr>
    </w:tbl>
    <w:p>
      <w:pPr>
        <w:spacing w:after="0" w:before="0" w:line="24" w:lineRule="auto"/>
      </w:pPr>
    </w:p>
    <w:tbl>
      <w:tblPr>
        <w:tblStyle w:val="TableGrid"/>
        <w:tblW w:type="pct" w:w="5000"/>
        <w:jc w:val="center"/>
        <w:tblLayout w:type="autofit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rHeight w:hRule="atLeast"/>
        </w:trPr>
        <w:tc>
          <w:tcPr>
            <w:tcW w:type="dxa" w:w="10318"/>
            <w:gridSpan w:val="2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F28C28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☐ BOXE THAÏ     ☐ Loisirs     ☐ Compétition</w:t>
            </w:r>
          </w:p>
        </w:tc>
      </w:tr>
      <w:tr>
        <w:trPr>
          <w:trHeight w:hRule="atLeast"/>
        </w:trPr>
        <w:tc>
          <w:tcPr>
            <w:tcW w:type="dxa" w:w="515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FFE1A3"/>
          </w:tcPr>
          <w:p>
            <w:pPr>
              <w:spacing w:after="0" w:before="0" w:line="216" w:lineRule="auto"/>
            </w:pPr>
            <w:r>
              <w:rPr>
                <w:rFonts w:ascii="Arial" w:hAnsi="Arial"/>
                <w:b/>
                <w:sz w:val="21"/>
              </w:rPr>
              <w:t>11 à 16 ans - Benjamins / Minimes / Cadets</w:t>
            </w:r>
          </w:p>
        </w:tc>
        <w:tc>
          <w:tcPr>
            <w:tcW w:type="dxa" w:w="515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FFE1A3"/>
          </w:tcPr>
          <w:p>
            <w:pPr>
              <w:spacing w:after="0" w:before="0" w:line="216" w:lineRule="auto"/>
            </w:pPr>
            <w:r>
              <w:rPr>
                <w:rFonts w:ascii="Arial" w:hAnsi="Arial"/>
                <w:b/>
                <w:sz w:val="21"/>
              </w:rPr>
              <w:t>☐ 279 € - 1 cours/semaine</w:t>
              <w:br/>
              <w:t>☐ 329 € - 2 cours/semaine</w:t>
            </w:r>
          </w:p>
          <w:p>
            <w:pPr>
              <w:spacing w:before="0" w:after="0"/>
            </w:pPr>
            <w:r>
              <w:rPr>
                <w:b/>
                <w:sz w:val="21"/>
              </w:rPr>
              <w:t>☐ 369 € - 3 cours/semaine (+ 40 €)</w:t>
            </w:r>
          </w:p>
        </w:tc>
      </w:tr>
      <w:tr>
        <w:trPr>
          <w:trHeight w:hRule="atLeast"/>
        </w:trPr>
        <w:tc>
          <w:tcPr>
            <w:tcW w:type="dxa" w:w="515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FFE1A3"/>
          </w:tcPr>
          <w:p>
            <w:pPr>
              <w:spacing w:after="0" w:before="0" w:line="216" w:lineRule="auto"/>
            </w:pPr>
            <w:r>
              <w:rPr>
                <w:rFonts w:ascii="Arial" w:hAnsi="Arial"/>
                <w:b/>
                <w:sz w:val="21"/>
              </w:rPr>
              <w:t>17-18 ans Juniors / Adultes</w:t>
            </w:r>
          </w:p>
        </w:tc>
        <w:tc>
          <w:tcPr>
            <w:tcW w:type="dxa" w:w="515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FFE1A3"/>
          </w:tcPr>
          <w:p>
            <w:pPr>
              <w:spacing w:after="0" w:before="0" w:line="216" w:lineRule="auto"/>
            </w:pPr>
            <w:r>
              <w:rPr>
                <w:rFonts w:ascii="Arial" w:hAnsi="Arial"/>
                <w:b/>
                <w:sz w:val="21"/>
              </w:rPr>
              <w:t>☐ 329 € - 1 cours/semaine</w:t>
              <w:br/>
              <w:t>☐ 389 € - 2 cours/semaine</w:t>
            </w:r>
          </w:p>
          <w:p>
            <w:pPr>
              <w:spacing w:before="0" w:after="0"/>
            </w:pPr>
            <w:r>
              <w:rPr>
                <w:b/>
                <w:sz w:val="21"/>
              </w:rPr>
              <w:t>☐ 429 € - 3 cours/semaine (+ 40 €)</w:t>
            </w:r>
          </w:p>
        </w:tc>
      </w:tr>
      <w:tr>
        <w:trPr>
          <w:trHeight w:hRule="atLeast"/>
        </w:trPr>
        <w:tc>
          <w:tcPr>
            <w:tcW w:type="dxa" w:w="515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FFE1A3"/>
          </w:tcPr>
          <w:p>
            <w:pPr>
              <w:spacing w:after="0" w:before="0" w:line="216" w:lineRule="auto"/>
            </w:pPr>
            <w:r>
              <w:rPr>
                <w:rFonts w:ascii="Arial" w:hAnsi="Arial"/>
                <w:b/>
                <w:sz w:val="21"/>
              </w:rPr>
              <w:t>Compétition</w:t>
            </w:r>
          </w:p>
        </w:tc>
        <w:tc>
          <w:tcPr>
            <w:tcW w:type="dxa" w:w="515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FFE1A3"/>
          </w:tcPr>
          <w:p>
            <w:pPr>
              <w:spacing w:after="0" w:before="0" w:line="216" w:lineRule="auto"/>
            </w:pPr>
            <w:r>
              <w:rPr>
                <w:rFonts w:ascii="Arial" w:hAnsi="Arial"/>
                <w:b/>
                <w:sz w:val="21"/>
              </w:rPr>
              <w:t>☐ Passeport compétition + 80 €</w:t>
            </w:r>
          </w:p>
        </w:tc>
      </w:tr>
    </w:tbl>
    <w:p>
      <w:pPr>
        <w:spacing w:after="0" w:before="0" w:line="24" w:lineRule="auto"/>
      </w:pPr>
    </w:p>
    <w:tbl>
      <w:tblPr>
        <w:tblStyle w:val="TableGrid"/>
        <w:tblW w:type="pct" w:w="5000"/>
        <w:jc w:val="center"/>
        <w:tblLayout w:type="autofit"/>
        <w:tblLook w:firstColumn="1" w:firstRow="1" w:lastColumn="0" w:lastRow="0" w:noHBand="0" w:noVBand="1" w:val="04A0"/>
      </w:tblPr>
      <w:tblGrid>
        <w:gridCol w:w="5159"/>
        <w:gridCol w:w="5159"/>
      </w:tblGrid>
      <w:tr>
        <w:trPr>
          <w:trHeight w:hRule="atLeast"/>
        </w:trPr>
        <w:tc>
          <w:tcPr>
            <w:tcW w:type="dxa" w:w="10318"/>
            <w:gridSpan w:val="2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E83E7F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FFFFFF"/>
                <w:sz w:val="22"/>
              </w:rPr>
              <w:t>SWEAT BOXING GIRLS</w:t>
            </w:r>
          </w:p>
        </w:tc>
      </w:tr>
      <w:tr>
        <w:trPr>
          <w:trHeight w:hRule="atLeast"/>
        </w:trPr>
        <w:tc>
          <w:tcPr>
            <w:tcW w:type="dxa" w:w="515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F7C7DA"/>
          </w:tcPr>
          <w:p>
            <w:pPr>
              <w:spacing w:after="0" w:before="0" w:line="216" w:lineRule="auto"/>
            </w:pPr>
            <w:r>
              <w:rPr>
                <w:rFonts w:ascii="Arial" w:hAnsi="Arial"/>
                <w:b/>
                <w:sz w:val="21"/>
              </w:rPr>
              <w:t>10 à 15 ans</w:t>
            </w:r>
          </w:p>
        </w:tc>
        <w:tc>
          <w:tcPr>
            <w:tcW w:type="dxa" w:w="515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F7C7DA"/>
          </w:tcPr>
          <w:p>
            <w:r>
              <w:rPr>
                <w:b/>
              </w:rPr>
              <w:t>☐ 299 € - 1 cours/semaine</w:t>
              <w:br/>
              <w:t>☐ 349 € - 2 cours/semaine</w:t>
              <w:br/>
              <w:t>☐ 389 € - 3 cours/semaine (+ 40 €)</w:t>
            </w:r>
          </w:p>
        </w:tc>
      </w:tr>
      <w:tr>
        <w:trPr>
          <w:trHeight w:hRule="atLeast"/>
        </w:trPr>
        <w:tc>
          <w:tcPr>
            <w:tcW w:type="dxa" w:w="515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F7C7DA"/>
          </w:tcPr>
          <w:p>
            <w:pPr>
              <w:spacing w:after="0" w:before="0" w:line="216" w:lineRule="auto"/>
            </w:pPr>
            <w:r>
              <w:rPr>
                <w:rFonts w:ascii="Arial" w:hAnsi="Arial"/>
                <w:b/>
                <w:sz w:val="21"/>
              </w:rPr>
              <w:t>16 ans + Adultes</w:t>
            </w:r>
          </w:p>
        </w:tc>
        <w:tc>
          <w:tcPr>
            <w:tcW w:type="dxa" w:w="5159"/>
            <w:vAlign w:val="center"/>
            <w:tcMar>
              <w:top w:w="25" w:type="dxa"/>
              <w:bottom w:w="25" w:type="dxa"/>
              <w:left w:w="45" w:type="dxa"/>
              <w:right w:w="45" w:type="dxa"/>
            </w:tcMar>
            <w:shd w:fill="F7C7DA"/>
          </w:tcPr>
          <w:p>
            <w:r>
              <w:rPr>
                <w:b/>
              </w:rPr>
              <w:t>☐ 299 € - 1 cours/semaine</w:t>
              <w:br/>
              <w:t>☐ 349 € - 2 cours/semaine</w:t>
              <w:br/>
              <w:t>☐ 389 € - 3 cours/semaine (+ 40 €)</w:t>
            </w:r>
          </w:p>
        </w:tc>
      </w:tr>
    </w:tbl>
    <w:p>
      <w:pPr>
        <w:spacing w:after="0" w:before="0" w:line="24" w:lineRule="auto"/>
      </w:pPr>
    </w:p>
    <w:p>
      <w:pPr>
        <w:spacing w:after="0" w:before="0" w:line="24" w:lineRule="auto"/>
      </w:pPr>
    </w:p>
    <w:p>
      <w:pPr>
        <w:spacing w:after="0" w:before="0" w:line="24" w:lineRule="auto"/>
      </w:pPr>
    </w:p>
    <w:p>
      <w:pPr>
        <w:spacing w:before="20" w:after="20" w:line="240" w:lineRule="auto"/>
      </w:pPr>
      <w:r>
        <w:rPr>
          <w:rFonts w:ascii="Arial" w:hAnsi="Arial"/>
          <w:b/>
          <w:color w:val="E1004C"/>
          <w:sz w:val="25"/>
        </w:rPr>
        <w:t>5. RÈGLEMENT / AIDES</w:t>
      </w:r>
    </w:p>
    <w:tbl>
      <w:tblPr>
        <w:tblStyle w:val="TableGrid"/>
        <w:tblW w:type="pct" w:w="5000"/>
        <w:tblLayout w:type="autofit"/>
        <w:tblLook w:firstColumn="1" w:firstRow="1" w:lastColumn="0" w:lastRow="0" w:noHBand="0" w:noVBand="1" w:val="04A0"/>
      </w:tblPr>
      <w:tblGrid>
        <w:gridCol w:w="5159"/>
        <w:gridCol w:w="5159"/>
      </w:tblGrid>
      <w:tr>
        <w:trPr/>
        <w:tc>
          <w:tcPr>
            <w:tcW w:type="dxa" w:w="3061"/>
            <w:vAlign w:val="center"/>
            <w:shd w:fill="FFF0F5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sz w:val="20"/>
              </w:rPr>
              <w:t>MODE DE RÈGLEMENT</w:t>
            </w:r>
          </w:p>
        </w:tc>
        <w:tc>
          <w:tcPr>
            <w:tcW w:type="dxa" w:w="6803"/>
            <w:vAlign w:val="center"/>
            <w:shd w:fill="FFFDFD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after="0" w:before="0" w:line="216" w:lineRule="auto"/>
            </w:pPr>
            <w:r>
              <w:rPr>
                <w:rFonts w:ascii="Arial" w:hAnsi="Arial"/>
                <w:b/>
                <w:sz w:val="20"/>
              </w:rPr>
              <w:t>☐ ESPÈCES : paiement en 1 fois uniquement.</w:t>
              <w:br/>
              <w:t>☐ CHÈQUES : possibilité de paiement en 4 fois - 4 mois successifs au début de saison.</w:t>
              <w:br/>
              <w:t>Septembre 2026 : ........ €   Octobre 2026 : ........ €</w:t>
              <w:br/>
              <w:t>Novembre 2026 : ........ €   Décembre 2026 : ........ €</w:t>
              <w:br/>
              <w:t>Les 4 chèques sont remis ensemble avec le dossier complet.</w:t>
            </w:r>
          </w:p>
        </w:tc>
      </w:tr>
      <w:tr>
        <w:trPr/>
        <w:tc>
          <w:tcPr>
            <w:tcW w:type="dxa" w:w="3061"/>
            <w:vAlign w:val="center"/>
            <w:shd w:fill="F5F5F5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sz w:val="20"/>
              </w:rPr>
              <w:t>CHÈQUE SPORT - VILLE D'ANNECY</w:t>
            </w:r>
          </w:p>
        </w:tc>
        <w:tc>
          <w:tcPr>
            <w:tcW w:type="dxa" w:w="6803"/>
            <w:vAlign w:val="center"/>
            <w:shd w:fill="FFFFFF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sz w:val="20"/>
              </w:rPr>
              <w:t>Montant : ................ €     Référence / N° : ................................................................................</w:t>
            </w:r>
          </w:p>
        </w:tc>
      </w:tr>
      <w:tr>
        <w:trPr/>
        <w:tc>
          <w:tcPr>
            <w:tcW w:type="dxa" w:w="3061"/>
            <w:vAlign w:val="center"/>
            <w:shd w:fill="FFF0F5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sz w:val="20"/>
              </w:rPr>
              <w:t>PASS'RÉGION</w:t>
            </w:r>
          </w:p>
        </w:tc>
        <w:tc>
          <w:tcPr>
            <w:tcW w:type="dxa" w:w="6803"/>
            <w:vAlign w:val="center"/>
            <w:shd w:fill="FFFDFD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sz w:val="20"/>
              </w:rPr>
              <w:t>N° de carte : ...........................................................................................................................</w:t>
              <w:br/>
              <w:t>CODE / IDENTIFIANT : ................................................................................................................</w:t>
              <w:br/>
              <w:t>Montant utilisé : ................ €</w:t>
            </w:r>
          </w:p>
        </w:tc>
      </w:tr>
      <w:tr>
        <w:trPr/>
        <w:tc>
          <w:tcPr>
            <w:tcW w:type="dxa" w:w="3061"/>
            <w:vAlign w:val="center"/>
            <w:shd w:fill="F5F5F5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sz w:val="20"/>
              </w:rPr>
              <w:t>PASS'SPORT</w:t>
            </w:r>
          </w:p>
        </w:tc>
        <w:tc>
          <w:tcPr>
            <w:tcW w:type="dxa" w:w="6803"/>
            <w:vAlign w:val="center"/>
            <w:shd w:fill="FFFFFF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sz w:val="20"/>
              </w:rPr>
              <w:t>Code Pass'Sport : ....................................................................     Montant : ................ €</w:t>
            </w:r>
          </w:p>
        </w:tc>
      </w:tr>
      <w:tr>
        <w:trPr/>
        <w:tc>
          <w:tcPr>
            <w:tcW w:type="dxa" w:w="3061"/>
            <w:vAlign w:val="center"/>
            <w:shd w:fill="FFF0F5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sz w:val="20"/>
              </w:rPr>
              <w:t>ANCV - COUPONS SPORT / CHÈQUES VACANCES</w:t>
            </w:r>
          </w:p>
        </w:tc>
        <w:tc>
          <w:tcPr>
            <w:tcW w:type="dxa" w:w="6803"/>
            <w:vAlign w:val="center"/>
            <w:shd w:fill="FFFDFD"/>
            <w:tcMar>
              <w:top w:w="25" w:type="dxa"/>
              <w:bottom w:w="25" w:type="dxa"/>
              <w:left w:w="45" w:type="dxa"/>
              <w:right w:w="45" w:type="dxa"/>
            </w:tcMar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sz w:val="20"/>
              </w:rPr>
              <w:t>☐ Coupons Sport     ☐ Chèques Vacances</w:t>
              <w:br/>
              <w:t>Référence / N° : ................................................................................     Montant : ................ €</w:t>
            </w:r>
          </w:p>
        </w:tc>
      </w:tr>
      <w:tr>
        <w:trPr/>
        <w:tc>
          <w:tcPr>
            <w:tcW w:type="dxa" w:w="3061"/>
            <w:vAlign w:val="center"/>
            <w:shd w:fill="FFF0F5"/>
            <w:tcMar>
              <w:top w:w="25" w:type="dxa"/>
              <w:bottom w:w="25" w:type="dxa"/>
              <w:left w:w="45" w:type="dxa"/>
              <w:right w:w="45" w:type="dxa"/>
            </w:tcMar>
            <w:shd w:fill="FFF2CC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sz w:val="20"/>
              </w:rPr>
              <w:t>TOTAL À PAYER</w:t>
            </w:r>
          </w:p>
        </w:tc>
        <w:tc>
          <w:tcPr>
            <w:tcW w:type="dxa" w:w="6803"/>
            <w:vAlign w:val="center"/>
            <w:shd w:fill="FFFDFD"/>
            <w:tcMar>
              <w:top w:w="25" w:type="dxa"/>
              <w:bottom w:w="25" w:type="dxa"/>
              <w:left w:w="45" w:type="dxa"/>
              <w:right w:w="45" w:type="dxa"/>
            </w:tcMar>
            <w:shd w:fill="FFF2CC"/>
          </w:tcPr>
          <w:p>
            <w:pPr>
              <w:spacing w:before="0" w:after="0" w:line="216" w:lineRule="auto"/>
            </w:pPr>
            <w:r>
              <w:rPr>
                <w:rFonts w:ascii="Arial" w:hAnsi="Arial"/>
                <w:b/>
                <w:color w:val="E1004C"/>
                <w:sz w:val="20"/>
              </w:rPr>
              <w:t>TOTAL DE L'ADHÉSION : ................................ €</w:t>
              <w:br/>
              <w:t>DÉDUCTION DES AIDES : - .............................. €</w:t>
              <w:br/>
              <w:t>MONTANT FINAL À PAYER : .............................. €</w:t>
            </w:r>
          </w:p>
          <w:p>
            <w:pPr>
              <w:spacing w:before="40" w:after="0"/>
              <w:pBdr>
                <w:bottom w:val="dotted" w:sz="6" w:space="1" w:color="FF0000"/>
              </w:pBdr>
            </w:pPr>
            <w:r>
              <w:rPr>
                <w:b/>
                <w:color w:val="FF0000"/>
                <w:sz w:val="19"/>
              </w:rPr>
              <w:t>SÉANCE D'ESSAI : ........................ 20 € - DÉDUCTIBLE DE LA COTISATION</w:t>
            </w:r>
          </w:p>
        </w:tc>
      </w:tr>
    </w:tbl>
    <w:p>
      <w:pPr>
        <w:spacing w:before="0" w:after="0" w:line="240" w:lineRule="auto"/>
        <w:jc w:val="center"/>
      </w:pPr>
      <w:r>
        <w:rPr>
          <w:rFonts w:ascii="Arial" w:hAnsi="Arial"/>
          <w:b/>
          <w:color w:val="F36A00"/>
          <w:sz w:val="18"/>
        </w:rPr>
        <w:t>Vacances scolaires : CLUB OUVERT  •  Jours fériés : CLUB FERMÉ  •  Trêve hivernale : du 20 décembre 2026 au 17 janvier 2027 inclus.</w:t>
      </w:r>
    </w:p>
    <w:sectPr w:rsidR="00FC693F" w:rsidRPr="0006063C" w:rsidSect="00034616">
      <w:footerReference w:type="default" r:id="rId9"/>
      <w:headerReference w:type="default" r:id="rId11"/>
      <w:pgSz w:w="11906" w:h="16838"/>
      <w:pgMar w:top="170" w:right="170" w:bottom="170" w:left="170" w:header="57" w:footer="5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/>
        <w:sz w:val="17"/>
      </w:rPr>
      <w:t>ANNECY BEST BOXING • 16 route des Grandes Teppes, Seynod • 06 12 50 61 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